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יחידות מידה והמרות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לזכור את יחסי ההמרה בין יחידות אורך, משקל וזמן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כופלים ומתי מחלקים בהמרה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בעיות מילוליות שדורשות המרת 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1,000 מ׳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1,000 גרם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100 ס״מ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1 ק״מ = 1,000 מ׳, ולכן 2 ק״מ = 2,000 מ׳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שעה אחת היא 60 דקות, חצי מכך הוא 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ההמרה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2. 2300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(1,000 מ׳)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(1,000 גרם)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(100 ס״מ)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(60 דקות)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כמה מ׳ יש בק״מ אחד (1,000 מ׳)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הפעולה: 3.5 כפול 1,000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בצעו את הכפל וקבלו 3,500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פתרו וכתבו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ס״מ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1,000 גרם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כופלים כשעוברים מיחידה גדולה לקטנה, מחלקים כשעוברים מקטנה לגדולה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פתרון תרגילים, כדאי לכתוב על הלוח את ארבעת יחסי ההמרה הבסיסיים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התרגיל הפתור על הלוח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המתקשים, אפשר לוותר על פריטי skip_n ולהתמקד בהמרות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יחידות מידה והמרות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המרות בין מטר, סנטימטר, קילומטר, קילוגרם, גרם, שעות ודקות, וגם נפתור בעיות שבהן צריך להמיר לפני שמחשבים.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2300  ·  15000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1 ק״מ שווה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 מ׳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1,000 מ׳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 מ׳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1 ק״ג שווה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 גרם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1,000 גרם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 גרם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1 מ׳ שווה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1,000 ס״מ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 ק״מ שווים ל-2,000 מ׳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חצי שעה שווה ל-30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ההמרה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15 ק״ג = __________ גרם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23 מ׳ = __________ ס״מ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 ק״מ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60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 ק״ג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100 ס״מ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 מ׳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1,000 גרם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1 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1,000 מ׳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בצעו את הכפל וקבלו 3,500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כמה מ׳ יש בק״מ אחד (1,000 מ׳)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הפעולה: 3.5 כפול 1,000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פתרו וכתבו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ס״מ יש במ׳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גרם יש בק״ג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יחידות מידה והמרות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