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מידה והמרות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יחסי ההמרה בין יחידות אורך, משקל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כופלים ומתי מחלקים בהמרה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שדורשות המרת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1,000 מ׳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1,000 גרם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 ס״מ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60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כופלים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 ק״מ = 1,000 מ׳, ולכן 2 ק״מ = 2,000 מ׳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5 ק״ג שווים ל-5,000 גרם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שעה אחת היא 60 דקות, חצי מכך הוא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 אפשר להשוות ישירות בין יחידות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3. 34000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(1,000 מ׳)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(1,000 גרם)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(100 ס״מ)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(60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(500 גרם)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כמה מ׳ יש בק״מ אחד (1,000 מ׳)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הפעולה: 3.5 כפול 1,000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הכפל וקבלו 3,500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התשובה עם היחידה הנכונה: 3,500 מ׳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פתרו וכתבו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750 כפול 3 שווה 2,250 מ׳. 3 ק״מ שווים ל-3,000 מ׳, ולכן ההפרש הוא 750 מ׳ פחות.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ס״מ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1,000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כופלים כשעוברים מיחידה גדולה לקטנה, מחלקים כשעוברים מקטנה לגדולה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פתרון תרגילים, כדאי לכתוב על הלוח את ארבעת יחסי ההמרה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התרגיל הפתור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המתקשים, אפשר לוותר על פריטי skip_n ולהתמקד בהמרות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מידה והמרות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הופכים מטר לסנטימטר, קילומטר למטר, קילוגרם לגרם ושעות לדקות.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 (מ׳)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אורך בסיסית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סנטימטר (ס״מ)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קטנה יותר מהמטר, 100 בכל מטר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קילומטר (ק״מ)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גדולה מהמטר, 1000 מטר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קילוגרם (ק״ג)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משקל, 1000 גרם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משקל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זמן, שווה ל-60 דקות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מיחידה אחת לאחרת לפי היחס ביניהן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מ׳ יש בק״מ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10,000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גרם יש בק״ג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ס״מ יש במ׳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1,000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דקות יש בשעה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כשעוברים מיחידה גדולה לקטנה?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כשעוברים מיחידה קטנה לגדולה?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 ק״מ שווים ל-2,000 מ׳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ק״ג שווים ל-50 גרם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שעה שווה ל-30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להשוות בין יחידות שונות צריך קודם להמיר אותן לאותה 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15 ק״ג = 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23 מ׳ = __________ ס״מ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34 ק״מ = __________ מ׳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6 שעות =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11 שעות =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 ק״מ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1,000 גרם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60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 מ׳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500 גרם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1,000 מ׳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חצי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100 ס״מ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הפעולה: 3.5 כפול 1,000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הכפל וקבלו 3,500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התשובה עם היחידה הנכונה: 3,500 מ׳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מ׳ יש בק״מ אחד (1,000 מ׳)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פתרו וכתבו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רץ 3 סיבובים של 750 מ׳ כל אחד. כמה מטרים הוא רץ בסך הכול, וכמה פחות זה מ-3 ק״מ?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ס״מ יש במ׳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גרם יש בק״ג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אם צריך לכפול או לחלק בהמרה?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יחידות מידה והמרות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