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יחידות מידה והמרות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לזכור את יחסי ההמרה בין יחידות אורך, משקל וזמן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כופלים ומתי מחלקים בהמרה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לפתור בעיות מילוליות שדורשות המרת 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1,000 מ׳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1,000 גרם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100 ס״מ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60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כופלים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מחלקים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1 ק״מ = 1,000 מ׳, ולכן 2 ק״מ = 2,000 מ׳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5 ק״ג שווים ל-5,000 גרם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שעה אחת היא 60 דקות, חצי מכך הוא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אי אפשר להשוות ישירות בין יחידות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ההמרה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1. 15000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2. 2300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3. 34000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4. 360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5. 660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היחידות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(1,000 מ׳)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(1,000 גרם)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(100 ס״מ)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(60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(500 גרם)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כמה מ׳ יש בק״מ אחד (1,000 מ׳)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כתבו את הפעולה: 3.5 כפול 1,000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בצעו את הכפל וקבלו 3,500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כתבו את התשובה עם היחידה הנכונה: 3,500 מ׳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פתרו וכתבו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750 כפול 3 שווה 2,250 מ׳. 3 ק״מ שווים ל-3,000 מ׳, ולכן ההפרש הוא 750 מ׳ פחות.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100 ס״מ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1,000 גרם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כופלים כשעוברים מיחידה גדולה לקטנה, מחלקים כשעוברים מקטנה לגדולה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פתרון תרגילים, כדאי לכתוב על הלוח את ארבעת יחסי ההמרה הבסיסיים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את התרגיל הפתור על הלוח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המתקשים, אפשר לוותר על פריטי skip_n ולהתמקד בהמרות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יחידות מידה והמרות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המרות בין מטר, סנטימטר, קילומטר, קילוגרם, גרם, שעות ודקות, וגם נפתור בעיות שבהן צריך להמיר לפני שמחשבים.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1 ק״מ שווה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 מ׳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1,000 מ׳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מ׳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10,000 מ׳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1 ק״ג שווה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 גרם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1,000 גרם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גרם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500 גרם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1 מ׳ שווה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1,000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1 שעה שווה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כשעוברים מיחידה גדולה ליחידה קטנה: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מחלקים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כופלים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מחסרים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כשעוברים מיחידה קטנה ליחידה גדולה: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כופלים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מחלקים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מחסרים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 ק״מ שווים ל-2,000 מ׳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 ק״ג שווים ל-50 גרם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חצי שעה שווה ל-30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להשוות בין יחידות שונות צריך קודם להמיר אותן לאותה יחידה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ההמרה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15 ק״ג = __________ גרם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23 מ׳ = __________ ס״מ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34 ק״מ = __________ מ׳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6 שעות = __________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11 שעות = __________ דקות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 ק״מ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500 גרם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 ק״ג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60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 מ׳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1,000 מ׳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 שעה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1,000 גרם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חצי ק״ג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100 ס״מ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בצעו את הכפל וקבלו 3,500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התשובה עם היחידה הנכונה: 3,500 מ׳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כמה מ׳ יש בק״מ אחד (1,000 מ׳)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הפעולה: 3.5 כפול 1,000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פתרו וכתבו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ילד רץ 3 סיבובים של 750 מ׳ כל אחד. כמה מטרים הוא רץ בסך הכול, וכמה פחות זה מ-3 ק״מ?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ס״מ יש במ׳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גרם יש בק״ג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יודעים אם צריך לכפול או לחלק בהמרה?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יחידות מידה והמרות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